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06F7C0" w14:textId="4E5CC66B" w:rsidR="00420319" w:rsidRPr="00101A40" w:rsidRDefault="00101A40">
      <w:pPr>
        <w:pStyle w:val="Ttulo"/>
        <w:rPr>
          <w:lang w:val="es-SV"/>
        </w:rPr>
      </w:pPr>
      <w:r w:rsidRPr="00101A40">
        <w:rPr>
          <w:lang w:val="es-SV"/>
        </w:rPr>
        <w:t xml:space="preserve">Formulario de Selección de Sensor de Radar para Medición de Nivel </w:t>
      </w:r>
    </w:p>
    <w:p w14:paraId="515B4502" w14:textId="77777777" w:rsidR="00420319" w:rsidRPr="00101A40" w:rsidRDefault="00101A40">
      <w:pPr>
        <w:pStyle w:val="Ttulo1"/>
        <w:rPr>
          <w:lang w:val="es-SV"/>
        </w:rPr>
      </w:pPr>
      <w:r w:rsidRPr="00101A40">
        <w:rPr>
          <w:lang w:val="es-SV"/>
        </w:rPr>
        <w:t>1. Tipo de material a medir</w:t>
      </w:r>
    </w:p>
    <w:p w14:paraId="357349C6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¿Qué tipo de material se almacenará en el silo?</w:t>
      </w:r>
    </w:p>
    <w:p w14:paraId="22E207EC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Grano</w:t>
      </w:r>
      <w:r w:rsidRPr="00101A40">
        <w:rPr>
          <w:lang w:val="es-SV"/>
        </w:rPr>
        <w:br/>
        <w:t>☐ Cemento</w:t>
      </w:r>
      <w:r w:rsidRPr="00101A40">
        <w:rPr>
          <w:lang w:val="es-SV"/>
        </w:rPr>
        <w:br/>
        <w:t>☐ Arena</w:t>
      </w:r>
      <w:r w:rsidRPr="00101A40">
        <w:rPr>
          <w:lang w:val="es-SV"/>
        </w:rPr>
        <w:br/>
        <w:t>☐ Plástico</w:t>
      </w:r>
      <w:r w:rsidRPr="00101A40">
        <w:rPr>
          <w:lang w:val="es-SV"/>
        </w:rPr>
        <w:br/>
        <w:t>☐ Harina</w:t>
      </w:r>
      <w:r w:rsidRPr="00101A40">
        <w:rPr>
          <w:lang w:val="es-SV"/>
        </w:rPr>
        <w:br/>
        <w:t>☐ Otro: ____________</w:t>
      </w:r>
    </w:p>
    <w:p w14:paraId="5456BE27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 xml:space="preserve">¿Es líquido, sólido o una </w:t>
      </w:r>
      <w:r w:rsidRPr="00101A40">
        <w:rPr>
          <w:lang w:val="es-SV"/>
        </w:rPr>
        <w:t>mezcla?</w:t>
      </w:r>
    </w:p>
    <w:p w14:paraId="1EC9BAB5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Líquido</w:t>
      </w:r>
      <w:r w:rsidRPr="00101A40">
        <w:rPr>
          <w:lang w:val="es-SV"/>
        </w:rPr>
        <w:br/>
        <w:t>☐ Sólido</w:t>
      </w:r>
      <w:r w:rsidRPr="00101A40">
        <w:rPr>
          <w:lang w:val="es-SV"/>
        </w:rPr>
        <w:br/>
        <w:t>☐ Mezcla</w:t>
      </w:r>
    </w:p>
    <w:p w14:paraId="3C0C71BE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¿Cuál es su constante dieléctrica? ____________</w:t>
      </w:r>
    </w:p>
    <w:p w14:paraId="44746482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¿El material genera mucho polvo durante el llenado?</w:t>
      </w:r>
    </w:p>
    <w:p w14:paraId="4040AAF0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Sí</w:t>
      </w:r>
      <w:r w:rsidRPr="00101A40">
        <w:rPr>
          <w:lang w:val="es-SV"/>
        </w:rPr>
        <w:br/>
        <w:t>☐ No</w:t>
      </w:r>
    </w:p>
    <w:p w14:paraId="0BEA9F9E" w14:textId="77777777" w:rsidR="00420319" w:rsidRPr="00101A40" w:rsidRDefault="00101A40">
      <w:pPr>
        <w:pStyle w:val="Ttulo1"/>
        <w:rPr>
          <w:lang w:val="es-SV"/>
        </w:rPr>
      </w:pPr>
      <w:r w:rsidRPr="00101A40">
        <w:rPr>
          <w:lang w:val="es-SV"/>
        </w:rPr>
        <w:t>2. Dimensiones del silo</w:t>
      </w:r>
    </w:p>
    <w:p w14:paraId="42FA2F7D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Altura total del silo: ____________ m</w:t>
      </w:r>
    </w:p>
    <w:p w14:paraId="12FCA601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Diámetro o forma del silo: ____________</w:t>
      </w:r>
    </w:p>
    <w:p w14:paraId="017934CE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¿Se requiere medir el nivel completo o solo una parte?</w:t>
      </w:r>
    </w:p>
    <w:p w14:paraId="21EB7E68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Nivel completo</w:t>
      </w:r>
      <w:r w:rsidRPr="00101A40">
        <w:rPr>
          <w:lang w:val="es-SV"/>
        </w:rPr>
        <w:br/>
        <w:t>☐ Solo una parte</w:t>
      </w:r>
    </w:p>
    <w:p w14:paraId="222DB3F0" w14:textId="77777777" w:rsidR="00101A40" w:rsidRPr="00101A40" w:rsidRDefault="00101A40">
      <w:pPr>
        <w:rPr>
          <w:lang w:val="es-SV"/>
        </w:rPr>
      </w:pPr>
    </w:p>
    <w:p w14:paraId="625D1EC4" w14:textId="77777777" w:rsidR="00420319" w:rsidRPr="00101A40" w:rsidRDefault="00101A40">
      <w:pPr>
        <w:pStyle w:val="Ttulo1"/>
        <w:rPr>
          <w:lang w:val="es-SV"/>
        </w:rPr>
      </w:pPr>
      <w:r w:rsidRPr="00101A40">
        <w:rPr>
          <w:lang w:val="es-SV"/>
        </w:rPr>
        <w:lastRenderedPageBreak/>
        <w:t>3. Condiciones del proceso</w:t>
      </w:r>
    </w:p>
    <w:p w14:paraId="29723962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Temperatura mínima dentro del silo: ____________ °C</w:t>
      </w:r>
    </w:p>
    <w:p w14:paraId="1E101D40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Temperatura máxima dentro del silo: ____________ °C</w:t>
      </w:r>
    </w:p>
    <w:p w14:paraId="6B3EE003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Presión interna del silo: ____________ bar</w:t>
      </w:r>
    </w:p>
    <w:p w14:paraId="6624C308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¿Existe condensación, vapores o humedad elevada?</w:t>
      </w:r>
    </w:p>
    <w:p w14:paraId="2B5AF222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Sí</w:t>
      </w:r>
      <w:r w:rsidRPr="00101A40">
        <w:rPr>
          <w:lang w:val="es-SV"/>
        </w:rPr>
        <w:br/>
        <w:t>☐ No</w:t>
      </w:r>
    </w:p>
    <w:p w14:paraId="5B07CF3A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¿Se generan turbulencias o polvo durante el llenado?</w:t>
      </w:r>
    </w:p>
    <w:p w14:paraId="55A5CBD8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Sí</w:t>
      </w:r>
      <w:r w:rsidRPr="00101A40">
        <w:rPr>
          <w:lang w:val="es-SV"/>
        </w:rPr>
        <w:br/>
        <w:t>☐ No</w:t>
      </w:r>
    </w:p>
    <w:p w14:paraId="548A0D43" w14:textId="77777777" w:rsidR="00420319" w:rsidRPr="00101A40" w:rsidRDefault="00101A40">
      <w:pPr>
        <w:pStyle w:val="Ttulo1"/>
        <w:rPr>
          <w:lang w:val="es-SV"/>
        </w:rPr>
      </w:pPr>
      <w:r w:rsidRPr="00101A40">
        <w:rPr>
          <w:lang w:val="es-SV"/>
        </w:rPr>
        <w:t>4. Requisitos de precisión y rango</w:t>
      </w:r>
    </w:p>
    <w:p w14:paraId="4F2B9D7A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Precisión requerida: ± ____________ mm</w:t>
      </w:r>
    </w:p>
    <w:p w14:paraId="57453EDD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Rango de medición requerido: ____________ m</w:t>
      </w:r>
    </w:p>
    <w:p w14:paraId="1689938E" w14:textId="77777777" w:rsidR="00420319" w:rsidRPr="00101A40" w:rsidRDefault="00101A40">
      <w:pPr>
        <w:pStyle w:val="Ttulo1"/>
        <w:rPr>
          <w:lang w:val="es-SV"/>
        </w:rPr>
      </w:pPr>
      <w:r w:rsidRPr="00101A40">
        <w:rPr>
          <w:lang w:val="es-SV"/>
        </w:rPr>
        <w:t>5. Tipo de salida y comunicación</w:t>
      </w:r>
    </w:p>
    <w:p w14:paraId="36EE7E4F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Tipo de salida requerida:</w:t>
      </w:r>
    </w:p>
    <w:p w14:paraId="767080BA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4–20 mA</w:t>
      </w:r>
      <w:r w:rsidRPr="00101A40">
        <w:rPr>
          <w:lang w:val="es-SV"/>
        </w:rPr>
        <w:br/>
        <w:t>☐ HART</w:t>
      </w:r>
      <w:r w:rsidRPr="00101A40">
        <w:rPr>
          <w:lang w:val="es-SV"/>
        </w:rPr>
        <w:br/>
        <w:t xml:space="preserve">☐ </w:t>
      </w:r>
      <w:proofErr w:type="spellStart"/>
      <w:r w:rsidRPr="00101A40">
        <w:rPr>
          <w:lang w:val="es-SV"/>
        </w:rPr>
        <w:t>Profibus</w:t>
      </w:r>
      <w:proofErr w:type="spellEnd"/>
      <w:r w:rsidRPr="00101A40">
        <w:rPr>
          <w:lang w:val="es-SV"/>
        </w:rPr>
        <w:br/>
        <w:t>☐ Modbus</w:t>
      </w:r>
      <w:r w:rsidRPr="00101A40">
        <w:rPr>
          <w:lang w:val="es-SV"/>
        </w:rPr>
        <w:br/>
        <w:t>☐ Otro: ____________</w:t>
      </w:r>
    </w:p>
    <w:p w14:paraId="55074C37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¿Se integrará con un sistema de control o SCADA?</w:t>
      </w:r>
    </w:p>
    <w:p w14:paraId="1403C282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Sí</w:t>
      </w:r>
      <w:r w:rsidRPr="00101A40">
        <w:rPr>
          <w:lang w:val="es-SV"/>
        </w:rPr>
        <w:br/>
        <w:t>☐ No</w:t>
      </w:r>
    </w:p>
    <w:p w14:paraId="6F49B79C" w14:textId="77777777" w:rsidR="00420319" w:rsidRPr="00101A40" w:rsidRDefault="00101A40">
      <w:pPr>
        <w:pStyle w:val="Ttulo1"/>
        <w:rPr>
          <w:lang w:val="es-SV"/>
        </w:rPr>
      </w:pPr>
      <w:r w:rsidRPr="00101A40">
        <w:rPr>
          <w:lang w:val="es-SV"/>
        </w:rPr>
        <w:t>6. Instalación</w:t>
      </w:r>
    </w:p>
    <w:p w14:paraId="7A15D953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Posición de montaje del sensor:</w:t>
      </w:r>
    </w:p>
    <w:p w14:paraId="333F3685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Superior</w:t>
      </w:r>
      <w:r w:rsidRPr="00101A40">
        <w:rPr>
          <w:lang w:val="es-SV"/>
        </w:rPr>
        <w:br/>
        <w:t>☐ Lateral</w:t>
      </w:r>
      <w:r w:rsidRPr="00101A40">
        <w:rPr>
          <w:lang w:val="es-SV"/>
        </w:rPr>
        <w:br/>
        <w:t>☐ En ángulo</w:t>
      </w:r>
    </w:p>
    <w:p w14:paraId="1B1B5F6A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lastRenderedPageBreak/>
        <w:t xml:space="preserve">Tipo de </w:t>
      </w:r>
      <w:r w:rsidRPr="00101A40">
        <w:rPr>
          <w:lang w:val="es-SV"/>
        </w:rPr>
        <w:t>conexión de proceso disponible:</w:t>
      </w:r>
    </w:p>
    <w:p w14:paraId="042829D9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Rosca</w:t>
      </w:r>
      <w:r w:rsidRPr="00101A40">
        <w:rPr>
          <w:lang w:val="es-SV"/>
        </w:rPr>
        <w:br/>
        <w:t>☐ Brida</w:t>
      </w:r>
      <w:r w:rsidRPr="00101A40">
        <w:rPr>
          <w:lang w:val="es-SV"/>
        </w:rPr>
        <w:br/>
        <w:t>☐ Otro: ____________</w:t>
      </w:r>
    </w:p>
    <w:p w14:paraId="13DA1020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Alimentación eléctrica disponible: ____________ VDC</w:t>
      </w:r>
    </w:p>
    <w:p w14:paraId="2FA94822" w14:textId="77777777" w:rsidR="00420319" w:rsidRPr="00101A40" w:rsidRDefault="00101A40">
      <w:pPr>
        <w:pStyle w:val="Ttulo1"/>
        <w:rPr>
          <w:lang w:val="es-SV"/>
        </w:rPr>
      </w:pPr>
      <w:r w:rsidRPr="00101A40">
        <w:rPr>
          <w:lang w:val="es-SV"/>
        </w:rPr>
        <w:t>7. Ambiente</w:t>
      </w:r>
    </w:p>
    <w:p w14:paraId="0C411626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¿Instalación en interior o exterior?</w:t>
      </w:r>
    </w:p>
    <w:p w14:paraId="37FB6275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Interior</w:t>
      </w:r>
      <w:r w:rsidRPr="00101A40">
        <w:rPr>
          <w:lang w:val="es-SV"/>
        </w:rPr>
        <w:br/>
        <w:t>☐ Exterior</w:t>
      </w:r>
    </w:p>
    <w:p w14:paraId="41FCF440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Grado de protección IP necesario: ____________</w:t>
      </w:r>
    </w:p>
    <w:p w14:paraId="20331B9C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¿Se requieren certificaciones específicas?</w:t>
      </w:r>
    </w:p>
    <w:p w14:paraId="63B6F9C6" w14:textId="77777777" w:rsidR="00420319" w:rsidRPr="00101A40" w:rsidRDefault="00101A40">
      <w:pPr>
        <w:rPr>
          <w:lang w:val="es-SV"/>
        </w:rPr>
      </w:pPr>
      <w:r w:rsidRPr="00101A40">
        <w:rPr>
          <w:lang w:val="es-SV"/>
        </w:rPr>
        <w:t>☐</w:t>
      </w:r>
      <w:r w:rsidRPr="00101A40">
        <w:rPr>
          <w:lang w:val="es-SV"/>
        </w:rPr>
        <w:t xml:space="preserve"> ATEX</w:t>
      </w:r>
      <w:r w:rsidRPr="00101A40">
        <w:rPr>
          <w:lang w:val="es-SV"/>
        </w:rPr>
        <w:br/>
        <w:t>☐ FDA</w:t>
      </w:r>
      <w:r w:rsidRPr="00101A40">
        <w:rPr>
          <w:lang w:val="es-SV"/>
        </w:rPr>
        <w:br/>
        <w:t>☐ Otra: ____________</w:t>
      </w:r>
    </w:p>
    <w:sectPr w:rsidR="00420319" w:rsidRPr="00101A4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40756058">
    <w:abstractNumId w:val="8"/>
  </w:num>
  <w:num w:numId="2" w16cid:durableId="246816165">
    <w:abstractNumId w:val="6"/>
  </w:num>
  <w:num w:numId="3" w16cid:durableId="1487093807">
    <w:abstractNumId w:val="5"/>
  </w:num>
  <w:num w:numId="4" w16cid:durableId="1322343577">
    <w:abstractNumId w:val="4"/>
  </w:num>
  <w:num w:numId="5" w16cid:durableId="2145852540">
    <w:abstractNumId w:val="7"/>
  </w:num>
  <w:num w:numId="6" w16cid:durableId="689375325">
    <w:abstractNumId w:val="3"/>
  </w:num>
  <w:num w:numId="7" w16cid:durableId="1355498194">
    <w:abstractNumId w:val="2"/>
  </w:num>
  <w:num w:numId="8" w16cid:durableId="2007437605">
    <w:abstractNumId w:val="1"/>
  </w:num>
  <w:num w:numId="9" w16cid:durableId="1480266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01A40"/>
    <w:rsid w:val="0015074B"/>
    <w:rsid w:val="0029639D"/>
    <w:rsid w:val="00326F90"/>
    <w:rsid w:val="00420319"/>
    <w:rsid w:val="0088084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E8DF8A8"/>
  <w14:defaultImageDpi w14:val="300"/>
  <w15:docId w15:val="{19C54F9F-1458-4262-8EE8-ACF6A80B6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Christian Hoppe</cp:lastModifiedBy>
  <cp:revision>2</cp:revision>
  <dcterms:created xsi:type="dcterms:W3CDTF">2025-03-26T16:34:00Z</dcterms:created>
  <dcterms:modified xsi:type="dcterms:W3CDTF">2025-03-26T16:34:00Z</dcterms:modified>
  <cp:category/>
</cp:coreProperties>
</file>